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Denúncia ao Ministério Público do Trabalho</w:t>
      </w:r>
    </w:p>
    <w:p>
      <w:r>
        <w:t>Assunto: Denúncia de discriminação praticada por empresa em processo seletivo de Jovem Aprendiz – Pessoa com Deficiência</w:t>
      </w:r>
    </w:p>
    <w:p>
      <w:r>
        <w:t>Destinatário: Ministério Público do Trabalho – Procuradoria Regional do Trabalho</w:t>
      </w:r>
    </w:p>
    <w:p>
      <w:r>
        <w:t>Prezados(as),</w:t>
        <w:br/>
        <w:br/>
        <w:t>Venho, por meio desta, apresentar denúncia de prática discriminatória e ilegal cometida por [NOME DA EMPRESA], CNPJ nº [número], localizada em [endereço/cidade/estado], durante processo seletivo para contratação no programa Jovem Aprendiz.</w:t>
        <w:br/>
        <w:br/>
        <w:t>Sou pessoa com deficiência, e participei do processo seletivo da referida empresa em [mês/ano]. No entanto, fui impedido(a) de prosseguir com a candidatura por ter mais de 24 anos de idade, sob a justificativa de que o programa se aplica apenas a pessoas entre 14 e 24 anos.</w:t>
        <w:br/>
        <w:br/>
        <w:t>Gostaria de informar que essa restrição é ilegal, conforme previsto no §5º do art. 428 da Consolidação das Leis do Trabalho (CLT), que determina expressamente:</w:t>
        <w:br/>
        <w:br/>
        <w:t>“A idade máxima prevista no caput deste artigo não se aplica a aprendizes com deficiência.”</w:t>
        <w:br/>
        <w:br/>
        <w:t>Portanto, a empresa está violando a legislação trabalhista e a Lei Brasileira de Inclusão (Lei nº 13.146/2015), ao adotar critério excludente que prejudica o acesso de PcDs ao mercado de trabalho.</w:t>
        <w:br/>
        <w:br/>
        <w:t>Anexo a esta denúncia:</w:t>
        <w:br/>
        <w:t>- Print(s) do anúncio da vaga com limitação etária (ou e-mail/declaração da empresa);</w:t>
        <w:br/>
        <w:t>- Documentos pessoais (opcional);</w:t>
        <w:br/>
        <w:t>- Comprovação da deficiência (opcional).</w:t>
        <w:br/>
        <w:br/>
        <w:t>Solicito a apuração dos fatos e a adoção das medidas cabíveis para assegurar o cumprimento da legislação vigente, bem como a promoção de práticas inclusivas e não discriminatórias.</w:t>
        <w:br/>
        <w:br/>
        <w:t>Agradeço pela atenção e coloco-me à disposição para esclarecimentos adicionais, caso necessário.</w:t>
        <w:br/>
        <w:br/>
        <w:t>Atenciosamente,</w:t>
        <w:br/>
        <w:br/>
        <w:t>[NOME COMPLETO]</w:t>
        <w:br/>
        <w:t>[CPF – opcional]</w:t>
        <w:br/>
        <w:t>[Telefone e/ou e-mail para contato]</w:t>
        <w:br/>
        <w:t>[Endereço – opcional]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